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Microsoft YaHei" w:hAnsi="Microsoft YaHei" w:eastAsia="微软雅黑"/>
          <w:sz w:val="44"/>
        </w:rPr>
        <w:t>小学英语单词表（外研版）· 按单元整理</w:t>
      </w:r>
    </w:p>
    <w:p>
      <w:pPr>
        <w:jc w:val="center"/>
      </w:pPr>
      <w:r>
        <w:rPr>
          <w:rFonts w:ascii="微软雅黑" w:hAnsi="微软雅黑" w:eastAsia="微软雅黑"/>
          <w:color w:val="595959"/>
          <w:sz w:val="22"/>
        </w:rPr>
        <w:t>三年级～六年级 全8册  共 1129 个词条</w:t>
        <w:br/>
        <w:t>来源：各册课本《Words and Expressions》词汇表（扫描版提取）</w:t>
      </w:r>
    </w:p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三年级上册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Welcome　（31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welcome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欢迎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（用于动词、名词或形容词后，使意思完整）；向，到，往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school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学校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嘿，喂，你好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 (am, is, are)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什么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your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你的；你们的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name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名字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hello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喂，哈啰，你好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goodbye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再见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有，拥有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a(an)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一（个）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nice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令人愉快的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good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morning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早晨，上午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女士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站立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stand 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站起来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sit down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坐下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open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打开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合上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point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阅读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listen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写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（39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friend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朋友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认识，结识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you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你；你们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玩，玩耍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happy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高兴的，快乐的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新的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（构成疑问句或否定句）；做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每个人，人人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（用于表示正在谈论一个已经提到过、已经知道，或是唯一存在的人或物）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twin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双胞胎中的一个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来；来到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然后，接着；和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不，不行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help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帮助，帮忙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在这里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here you are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给你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thank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感谢，向……表示谢意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together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一起，一块儿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行，可以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great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极棒的，极好的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年龄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歌曲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亲爱的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唱，歌唱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现在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know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认识；知道，了解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let's = let 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让我们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我们的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everybody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每个人，人人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和……一起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（28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东西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收拾好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钢笔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pencil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铅笔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pencil case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笔袋；铅笔盒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袋；包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为了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ruler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尺子，直尺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eraser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橡皮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这，这个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schoolbag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书包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不，不是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那，那个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是，对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guess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猜，猜测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发现，找到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lost and found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失物招领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bye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再见，拜拜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kid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小孩，儿童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take care of sb/sth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照看（照料）某人/某物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在那里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please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回到原处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come back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回来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看，瞧，望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look at sb/sth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看某人/某物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（28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colourful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颜色鲜艳的，色彩丰富的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世界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hooray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好哇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umbrella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伞；雨伞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clothes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衣服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红色（的）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pink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粉红色（的）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green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绿色（的）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yellow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黄色（的）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orange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橙色（的）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blue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蓝色（的）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purple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紫色（的）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rainbow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彩虹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想要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balloon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气球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colour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颜色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能，会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看见，看到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正确的，对的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first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第一的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magical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神奇的；有魔力的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fun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有趣的，逗乐的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black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黑色（的）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这么，如此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许多；大量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picture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画，图画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今天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paint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画，作画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（33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number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数，数字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count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数数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多少；怎样，如何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two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three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six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seven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eleven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twelve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rope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谁，什么人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制作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Chinese knot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中国结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beautiful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only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仅仅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给……看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baby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幼崽；雏鸟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吱吱（或唧唧）的叫声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egg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hungry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饥饿的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around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环绕，在……周围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我们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全部，所有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all around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处处，到处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little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everywhere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在各个地方；处处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（21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family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家庭；家人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dad (father)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爸爸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mum (mother)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妈妈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brother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哥哥；弟弟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sister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姐姐；妹妹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grandpa (grandfather)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祖父；外祖父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grandma (grandmother)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祖母；外祖母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但是，然而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people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人；人们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story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故事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帽子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担心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在……上面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come 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快点；加油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photo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照片，相片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爱，关爱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daddy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爸爸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mummy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妈妈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在哪里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box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盒；箱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（28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sweet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甜蜜的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game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游戏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房间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living 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客厅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bedroom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卧室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bathroom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浴室，卫生间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kitchen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厨房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dining 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餐厅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chair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椅子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think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想，认为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under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在……下面；在……底下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玩具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miaow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咪，喵（猫叫声）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table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桌子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their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他们的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apple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苹果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share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共用；分享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cooking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做饭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太阳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喜欢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run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lucky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幸运的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三年级下册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（34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animal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动物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panda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大熊猫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elephant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giraffe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长颈鹿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monkey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他们；她们；它们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draw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画，绘画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tiger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老虎，虎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强壮的，力气大的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个子矮的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白的，白色的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棕色的；褐色的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高的，高大的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他；它（指雄性动物）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ostrich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鸵鸟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快的，快速的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chameleon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变色龙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small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狮子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可爱的，漂亮的，逗人喜爱的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往外，向外，出来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zoo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动物园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走，去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zebra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斑马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移动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路，道路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dance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跳舞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which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哪一个；哪些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字，词，单词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石头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帽子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鞋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（37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身体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头，头部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eye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眼睛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耳朵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mouth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嘴，口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鼻子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touch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触摸，碰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arm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手臂，上肢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（复数feet）脚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脚趾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获得，得到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snowy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多雪的，积雪的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child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（复数children）儿童，小孩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事情，工作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snowman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雪人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长的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石头，石子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时髦的，酷的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器官；部位；组成部分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嗯，这个；健康的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听见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smell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闻到，嗅到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talk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说话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嘿，喂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stop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停止，终止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important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重要的，重大的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team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dream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ask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问，提问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answer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回答，答复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hair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头发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different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不同的，不一样的，有差异的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脸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（47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yummy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美味的，很好吃的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food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食物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strawberry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草莓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tomato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番茄，西红柿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noodles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（一般用复数）面条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carrot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胡萝卜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chicken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鸡肉；鸡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鱼肉；鱼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rice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米；米饭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fruit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水果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vegetable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蔬菜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salad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沙拉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banana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香蕉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豆子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cucumber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黄瓜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那么；然后，接下来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about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关于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what about...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……怎么样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grape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葡萄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juice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为什么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early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提早，提前；早的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breakfast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早餐，早饭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时间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still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还，仍然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准备好的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corn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玉米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lunch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午餐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very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很，非常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非常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very much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非常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afternoon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下午，午后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茶；茶叶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afternoon tea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下午茶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每，每逢，每隔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week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星期，周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tree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milk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奶，牛奶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cupcake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杯形蛋糕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sandwich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三明治，夹心面包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beef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牛肉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dumpling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水饺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热的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hot dog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热狗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sushi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寿司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蛋糕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（29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hobby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业余爱好，嗜好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free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空闲的，有空的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swim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游泳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许多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 lot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大量，许多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这些（this的复数形式）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tai chi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太极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他的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insect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昆虫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成年男子，男人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learn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学习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植物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什么时候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question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问题，疑问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watch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观察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study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研究；仔细察看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mantis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螳螂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停留，逗留，留下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interesting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有趣的，吸引人的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成长，长大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grow 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长大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country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国家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robot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机器人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风筝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skate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滑冰，溜冰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ski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滑雪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garden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做园艺工作；花园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（19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tick-tock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嘀嗒声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告诉，告知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时钟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o'clock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点钟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fifteen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thirty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三十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forty-five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四十五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dinner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正餐，主餐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half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一半，半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晚于；在……之后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half past one / two...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1点半/2点半等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urgh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呃，呸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homework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家庭作业，功课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需要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activity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活动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她的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class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课；班级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evening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傍晚；晚上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（给……）打电话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（34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Monday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Tuesday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Wednesday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Thursday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Friday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Saturday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Sunday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星期日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公园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visit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看望，拜访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lesson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课，课程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football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足球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美术，艺术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subject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学科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maths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数学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science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科学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something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某物；某事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idea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想法，主意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不久，即刻，很快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teach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教，教授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English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英语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卡片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busy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忙的，忙碌的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年老的；相识很久的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一些，若干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bookmark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书签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stick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木棍，拐杖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当然，好的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flower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花，花朵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afterschool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课外的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club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俱乐部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piano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钢琴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basketball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篮球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computer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计算机；电脑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music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音乐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四年级上册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（31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sport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体育运动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jump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高高地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ping-pong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乒乓球运动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volleyball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排球（运动）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across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从一边到另一边；穿过，越过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hope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希望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失去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because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因为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because of sb / sth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因为某人/某事物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cancer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癌（症）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别的，另外的，其他的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money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困难的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kind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亲切的；友好的；善良的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持续；继续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month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一个月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生病的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anymore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（不）再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年；年度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remember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纪念；记住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fail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失败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给予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give 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放弃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决不，永不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努力；尝试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try your best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尽最大努力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明星，最出色者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ability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才能；能力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player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运动员，选手，球员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（40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phew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啊，哟，唉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盘子，碟子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feed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喂养，给……食物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sweep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扫，打扫，清扫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floor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地板，地面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rubbish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垃圾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家庭杂务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to-do list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待办清单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先生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可以（表示允许某人做某事）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outside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在室外，在外面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整理，收拾；整洁的，整齐的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easy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容易的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clean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（把……）弄干净，（使）清洁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woof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汪汪（形容狗吠声）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job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任务，事情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Good job!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干得好！真不错！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dirty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desk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书桌，写字台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again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又，再一次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also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除此之外，还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sunshine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阳光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应该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sometimes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feel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感受到，觉得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tired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疲惫的，累的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helpful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乐于助人的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warm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（使）温暖起来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warm 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（使）变暖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house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房屋，房子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给……浇水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庭院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helper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帮手；助手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采，摘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奶牛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修剪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草地；草，青草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（27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weather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天气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sunny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阳光充足的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cloud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经过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cloudy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多云的，阴天的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blow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吹，刮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windy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风大的；多风的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rainy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多雨的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snow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任何一个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冷的，寒冷的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或者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enjoy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享受……的乐趣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diary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日记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teacher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教师，老师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taste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有……的味道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ice cream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冰激凌，雪糕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真的，真正的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之后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December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十二月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外套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turn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转身；转动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turn 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打开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TV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report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报道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（19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wonderful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令人惊叹的，奇妙的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season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季节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spring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春天，春季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summer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夏天，夏季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autumn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秋天，秋季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winter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冬天，冬季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favourite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最喜欢的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birthday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生日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放飞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happen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snowstorm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雪暴，暴风雪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等，等候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beach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海滩，沙滩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海，海洋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equator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赤道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循环地，周而复始地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all year round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全年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quite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非常，十分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join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参与，加入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（26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公交车，公共汽车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汽车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train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火车，列车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city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城市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镇，城镇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ship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飞机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sky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天，天空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地方，地点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（距离）近的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travel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旅行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方式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picnic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野餐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minute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分钟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穿；戴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住，居住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away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离开，相距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truck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货车，卡车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bamboo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竹，竹子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自行车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（钟、铃）鸣响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（使）（汽车喇叭）鸣响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subway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地铁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whoosh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（呼呼地）飞快移动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tram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有轨电车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chug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（汽车、火车等）突突地缓慢前进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（22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车轮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left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向左，朝左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straight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笔直地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library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图书室；图书馆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centre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cinema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电影院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hospital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医院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supermarket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超市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museum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博物馆，博物院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tomorrow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（在）明天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woman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成年女子，妇女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愿望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步；一步（的距离）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自己的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on one's 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独立地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walk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走，行走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cross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横穿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careful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谨慎的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 careful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当心，小心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girl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女孩；女儿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underground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在地（面）下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aunt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姑母；姨母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四年级下册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（33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doctor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医生，大夫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fireman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消防队员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farmer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农民；农场主；养殖场主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厨师，炊事员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police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警察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police officer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警察，警官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所；站；台；局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police station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警察（分）局，派出所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often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经常，时常，多次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field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田地，田野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painter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画家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用，使用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brush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刷子；毛刷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scientist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科学家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writer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作家；作者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worker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工人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aunt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姑母；姨母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夜晚，夜间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owl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猫头鹰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night owl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夜猫子，喜欢熬夜的人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driver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司机，驾驶员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taxi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出租车，计程车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safe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安全的，没有危险的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nurse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护士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照亮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uncle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叔叔，伯伯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烘，烤，焙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蜜蜂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相同的，完全相同的，一模一样的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sound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声，声音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postman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邮递员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life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生活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mountain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高山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（18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发出笑声，（大）笑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不愉快的，伤心的，难过的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scared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害怕的，恐惧的；紧张的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angry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发怒的，生气的，气愤的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excited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兴奋的，激动的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opera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歌剧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next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（时间）紧接着的；下次的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咳嗽，咳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better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（健康状况）好转的；（疼痛、伤势等）减轻的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gift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礼物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model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（尤指可拼装的）模型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大声说，喊叫，呼喊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should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应当，应该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feeling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感觉，感触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huge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巨大的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worried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担心的，焦虑的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street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大街，街道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撞击，碰撞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（10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talent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天资，天赋，才能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act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演出；扮演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magic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魔术，戏法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表现突出，出众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puzzle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拼图游戏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dancer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舞蹈演员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获胜，赢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就，只是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男孩；儿子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slowly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缓慢地，慢慢地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（15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种子，籽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earth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泥土，土壤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stem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（植物的）茎，梗，柄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细的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leaf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叶，叶子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挖，掘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sunflower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向日葵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种植，栽种；播（种）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dream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梦想，愿望，理想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sleep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睡，睡觉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将，会，要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true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真的，真实的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come true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实现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纸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（19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drama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戏剧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trip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旅游；旅行，出行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fair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集市；义卖会；户外游艺会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festival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节，节庆，汇演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horn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角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点，小圆点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raindrop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雨点，雨滴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更多的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special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特殊的，特别的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keeper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看守人，保管人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嘿，喂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lovely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美好的；令人愉快的；可爱的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student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学生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culture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文化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笔记，记录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vote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选票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design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设计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hometown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家乡，故乡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（16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T-shirt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T恤（衫）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skirt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半身裙，裙子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shorts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短裤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shirt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衬衫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trousers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裤子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scarf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围巾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sweater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毛线衣，羊毛衫，针织衫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dress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连衣裙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party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聚会，宴会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dressmaker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裁缝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不正确的，错误的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clever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聪明的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whale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先生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uniform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制服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robe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长袍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五年级上册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（34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盘，碟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group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群体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food group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食物类别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candy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糖果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chocolate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巧克力，朱古力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cola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可乐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chips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炸薯条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potato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马铃薯，土豆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choose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挑选，选择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letter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信，函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stomach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enough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足够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that's enough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够了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不好的，糟糕的，坏的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bread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面包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 few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一些，几个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biscuit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饼干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heavy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沉重的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sleepy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困倦的，瞌睡的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always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总是，一直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change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变化，改变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healthy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健康的；有益健康的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problem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问题，难题；困难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slow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慢下来；缓慢的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whoa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冷静，慢些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oats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燕麦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坚果；果仁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块，条，棒，根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teaspoon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茶匙；一茶匙之量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sugar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bottle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瓶子；一瓶之量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oil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植物油，动物油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snack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小吃，点心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（19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waste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废料，废弃物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plastic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塑料制的；塑料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throw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useful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有用的，有益的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Yours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（用于书信结尾）你真挚的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recycle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再利用，回收利用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每个，各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大于，高于，超出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metal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金属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（表示状态的改变）；进入，到……里面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turn into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变成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newspaper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报纸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平的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beginning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开始，开端，起点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off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从（某物）上移开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take off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拿掉；移去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座，座位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陆地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商店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（13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friendship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友谊，朋友关系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unhappy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伤心的，难过的，不开心的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两个都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funny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有趣的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musical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擅长音乐的；对音乐感兴趣的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喂，哦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rabbit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关键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parent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父，母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窍门，忠告，建议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similar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相似的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计划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openly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坦诚地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（24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目标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drink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healthily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健康地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exercise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运动，锻炼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survey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调查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最高的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测验，测试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October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complete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使完整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sentence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句子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November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十一月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match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体育比赛，竞赛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迟到的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 late for school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上学迟到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before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在……以前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卖，出售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buy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买，购买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medicine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药，药物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hurry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赶紧，匆忙（地走）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classroom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教室，课堂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afraid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害怕的，恐惧的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创造（纪录）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record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（尤指体育运动的）纪录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metre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米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（14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future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将来，未来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月亮，月球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开车，驾驶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宠物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space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太空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danger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危险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glass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玻璃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celebrate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庆祝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hundred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馅饼，派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fries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炸薯条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（前途）光明的；明亮的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shape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形，形状，外形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药丸，药片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小船，小舟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mooncake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月饼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September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九月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zookeeper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动物园饲养员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candle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蜡烛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merry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快乐的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Merry Christmas!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圣诞快乐！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celebration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庆祝；庆祝活动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钟；铃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五年级下册（老版）　（外研版（新标准）老版）</w:t>
      </w:r>
    </w:p>
    <w:p>
      <w:r>
        <w:rPr>
          <w:rFonts w:ascii="微软雅黑" w:hAnsi="微软雅黑" w:eastAsia="微软雅黑"/>
          <w:color w:val="888888"/>
          <w:sz w:val="18"/>
        </w:rPr>
        <w:t>结构：按 模块（Module）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1　（21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still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还，仍然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programme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（电视或广播）节目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女士，夫人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life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生活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different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不同的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ago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以前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interviewer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采访者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enough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足够的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television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电视机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grandchildren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（grandchild的复数形式）（外）孙子；（外）孙女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change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改变，变化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夜晚，夜间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工作；劳动；干活儿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field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田地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火，炉火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（用于否定句中）也不，也没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radio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收音机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telephone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couldn't = could not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write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hope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希望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2　（8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learnt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（learn的过去式）学习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taught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（teach的过去式）教，讲授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language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语言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wrote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（write的过去式）写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dancer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舞蹈演员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foreign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外国的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studied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（study的过去式）学习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努力地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3　（11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hamburger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汉堡包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English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英国（式）的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breakfast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早餐，早饭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lunch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午餐，午饭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sandwich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三明治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fish and chips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炸鱼加炸薯条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traditional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传统的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食品；菜肴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very much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很，非常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gave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（give的过去式）给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tonight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今夜，今晚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4　（23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library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图书馆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student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学生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（send的过去式）发送，寄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激光唱片，光盘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idea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主意，想法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放，安放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shelf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架子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heavy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重的，沉的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dictionary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词典；字典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卡片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library card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图书卡，借书证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ask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邀请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wrong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错误的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哎呀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information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信息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e-book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电子书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project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项目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guide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介绍，指南，手册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film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as well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又，还，也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方法，方式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关于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topic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话题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5　（13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轻的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困难的，费力的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broken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坏的，破的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department store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百货商店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pocket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口袋，兜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umbrella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雨伞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sales assistant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售货员，营业员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轮子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easy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容易的，不费力的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选择要；选择购买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太，过于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试，尝试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lovely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美丽的，可爱的；令人愉快的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6　（14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到达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西，西部，西方；向西方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parent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母亲；父亲；家长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停留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七月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south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南，南部，南方；向南方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remember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记得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六月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东，东部，东方；向东方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north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北，北部，北方；向北方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休息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have a rest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休息一下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rode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（ride的过去式）骑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7　（9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evening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傍晚，晚上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近日暮的；近深夜的；时间不早的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worker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工人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factory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制造厂；工厂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early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早的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taxi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出租车，计程车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quarter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一刻钟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（距整点）差……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焦虑，担心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8　（12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Chinese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中国人的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如此，这样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词，字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（draw的过去式）画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（cut的过去式）剪，切，割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piece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张，片，块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paint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（用颜料）绘画，着色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（put的过去式）放，安放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stick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小木棍，小木条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（tie的过去式）扎上，系上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线，绳子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9　（23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laugh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（wear的过去式）穿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letter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信，书信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theatre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剧院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women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（woman的复数形式）女性，妇女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actor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演员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（tell的过去式）口述，讲（故事等）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joke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笑话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after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在……后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（尤指剧院的）演出，表演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restaurant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饭店，餐馆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ready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准备好的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borrow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借入，借来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（read的过去式）读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at 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一点都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在（将来一段时间）之后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another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另一个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history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历史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ask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问，询问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question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问题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forget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忘，忘记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带来，拿来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不久，很快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10　（14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在什么时候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结束，终止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nervous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紧张的，情绪不安的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all right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没事，没问题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airport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机场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ticket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passport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护照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safe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安全的，平安的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宠物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speak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说，讲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building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建筑物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American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美国的；美国人的；美国人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find out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发现，弄清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更多的（量），较多的（量）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六年级上册　（外研版（新标准）2024 新版）</w:t>
      </w:r>
    </w:p>
    <w:p>
      <w:r>
        <w:rPr>
          <w:rFonts w:ascii="微软雅黑" w:hAnsi="微软雅黑" w:eastAsia="微软雅黑"/>
          <w:color w:val="888888"/>
          <w:sz w:val="18"/>
        </w:rPr>
        <w:t>结构：按 单元（Unit）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1　（12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储蓄，存（钱）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用（钱），花费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pocket money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零花钱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shopkeeper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店主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golden touch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点石成金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黄金；黄金制品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everything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每件事物；所有事物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smile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微笑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clang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叮当声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saving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存钱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crayon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彩色蜡笔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surprised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吃惊的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2　（13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opinion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意见，看法，主张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fact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事实；真相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peel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（水果和蔬菜的）外皮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health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健康（状况）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比（用于两个事物的比较，引出第二个事物）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grey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灰色；灰色的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dinosaur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恐龙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线，线条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debate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讨论，辩论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fairy tale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童话；神话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explore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探讨，探究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truth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事实，真相，实情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reason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原因，理由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3　（14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desert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沙漠，荒漠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grassland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草原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湖，湖泊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natural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自然的，天然的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wonder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奇迹，奇观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square kilometre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平方千米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深的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plateau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waterfall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瀑布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wide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……宽的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famous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著名的，出名的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traveller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旅客，旅行者；经常旅行的人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interested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感兴趣的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young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年幼的；年轻的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4　（19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invention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发明（物）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wheelchair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轮椅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phone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电话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tooth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（复数teeth）牙，牙齿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easily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容易地，轻易地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inventor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发明者，发明家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middle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中间，中部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bottom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底部；下端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健康的；好的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window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窗户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bird feeder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鸟食罐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布料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string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线，细绳，带子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glue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黏合，粘贴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fold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折叠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fan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扇子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instrument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乐器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material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材料（如木材、塑料、金属等）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drum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鼓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5　（12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matter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重要，要紧，有关系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fever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发烧，发热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runny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流鼻涕的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疼痛的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throat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喉咙，咽喉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headache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头痛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toothache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牙痛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flu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流行性感冒，流感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virus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病毒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blackboard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黑板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dark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昏暗的；暗处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gladly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高兴地，快乐地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Unit 6　（9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view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视野；视线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bridge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桥，桥梁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neck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颈，脖子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luck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好运，幸运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speak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会说，会讲（某种语言）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April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四月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splash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溅湿，往……上泼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cultural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文化的；文化上的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pretty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好看的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微软雅黑"/>
          <w:color w:val="1F4E79"/>
          <w:sz w:val="32"/>
        </w:rPr>
        <w:t>六年级下册（老版）　（外研版（新标准）老版）</w:t>
      </w:r>
    </w:p>
    <w:p>
      <w:r>
        <w:rPr>
          <w:rFonts w:ascii="微软雅黑" w:hAnsi="微软雅黑" w:eastAsia="微软雅黑"/>
          <w:color w:val="888888"/>
          <w:sz w:val="18"/>
        </w:rPr>
        <w:t>结构：按 模块（Module） 组织</w:t>
      </w:r>
    </w:p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1　（8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look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看上去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cashier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收银员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cola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可乐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dollar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美分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enjoy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享用，享受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careful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小心的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 careful!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当心！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2　（9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later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后来，以后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to go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剩余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duck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鸭子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pond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水池，池塘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cloud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像……一样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look like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看来好像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保持，维持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3　（8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shine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（太阳）发光，照耀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哭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everyone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人人，每人；大家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fly away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飞走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just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就，且请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奶牛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blow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吹，刮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rabbit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兔子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4　（3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balloon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气球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stairs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（常复）楼梯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肮脏；凌乱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5　（6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演奏，弹奏（音乐）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third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第三（个）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time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次，回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bark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（狗）吠，叫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loudly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大声地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nothing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没有东西，没有事情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6　（15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home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回家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got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（get的过去式）得到，收到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space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太空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interested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感兴趣的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spaceship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宇宙飞船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finish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结束，完成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decide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决定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paper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纸做的，纸质的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brought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（bring的过去式）拿来，带来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bring back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带回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model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模型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taikonaut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（中国的）太空人，宇航员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first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最初（的），第一次（的）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national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国家的，民族的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种子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7　（16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spent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（spend的过去式）度过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about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大约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flew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（fly的过去式）飞，飞行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October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十月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video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录像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proud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感到自豪的，感到骄傲的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someday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有朝一日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born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出生，诞生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作为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became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（become的过去式）变成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letter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字母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拼写，拼出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herself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她自己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all over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到处，遍及，处处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活着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role model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模范；榜样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8　（10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cup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杯子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planned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（plan的过去式）计划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baseball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棒球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more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更强烈地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smile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微笑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mistake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错误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make mistakes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犯错误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with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与……有关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said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（say的过去式）说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raincoat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雨衣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9　（12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wish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愿望，希望；祝，祝愿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best wishes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最美好的祝愿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primary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小学的，初等的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primary school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小学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message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留言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keep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保留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forever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永远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joy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乐事，乐趣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future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将来，未来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wonderful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了不起的，出色的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happiness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幸福，愉快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what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多么</w:t>
            </w:r>
          </w:p>
        </w:tc>
      </w:tr>
    </w:tbl>
    <w:p>
      <w:pPr>
        <w:pStyle w:val="Heading2"/>
      </w:pPr>
      <w:r>
        <w:rPr>
          <w:rFonts w:ascii="Microsoft YaHei" w:hAnsi="Microsoft YaHei" w:eastAsia="微软雅黑"/>
          <w:color w:val="2E74B5"/>
          <w:sz w:val="26"/>
        </w:rPr>
        <w:t>Module 10　（18 个词条）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907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序号</w:t>
            </w:r>
          </w:p>
        </w:tc>
        <w:tc>
          <w:tcPr>
            <w:tcW w:type="dxa" w:w="2948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单词 / 词组</w:t>
            </w:r>
          </w:p>
        </w:tc>
        <w:tc>
          <w:tcPr>
            <w:tcW w:type="dxa" w:w="5102"/>
            <w:shd w:val="clear" w:fill="DCE6F1"/>
          </w:tcPr>
          <w:p>
            <w:r/>
            <w:r>
              <w:rPr>
                <w:rFonts w:ascii="微软雅黑" w:hAnsi="微软雅黑" w:eastAsia="微软雅黑"/>
                <w:b/>
                <w:sz w:val="20"/>
              </w:rPr>
              <w:t>中文释义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middle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中间的，中等的；中期，中间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middle school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中学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speech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演说，讲演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classmate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同班同学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leave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离开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September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九月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excited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激动的，兴奋的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geography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地理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9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same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相同的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10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at the same time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同时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11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spoke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（speak的过去式）说（某种语言）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12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little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极少量的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13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keep on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保持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14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practise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练习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15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sometime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某个时候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16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each other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互相，彼此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17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chemistry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化学</w:t>
            </w:r>
          </w:p>
        </w:tc>
      </w:tr>
      <w:tr>
        <w:tc>
          <w:tcPr>
            <w:tcW w:type="dxa" w:w="907"/>
          </w:tcPr>
          <w:p>
            <w:r>
              <w:rPr>
                <w:rFonts w:ascii="微软雅黑" w:hAnsi="微软雅黑" w:eastAsia="微软雅黑"/>
                <w:sz w:val="20"/>
              </w:rPr>
              <w:t>18</w:t>
            </w:r>
          </w:p>
        </w:tc>
        <w:tc>
          <w:tcPr>
            <w:tcW w:type="dxa" w:w="2948"/>
          </w:tcPr>
          <w:p>
            <w:r>
              <w:rPr>
                <w:rFonts w:ascii="微软雅黑" w:hAnsi="微软雅黑" w:eastAsia="微软雅黑"/>
                <w:sz w:val="20"/>
              </w:rPr>
              <w:t>physics</w:t>
            </w:r>
          </w:p>
        </w:tc>
        <w:tc>
          <w:tcPr>
            <w:tcW w:type="dxa" w:w="5102"/>
          </w:tcPr>
          <w:p>
            <w:r>
              <w:rPr>
                <w:rFonts w:ascii="微软雅黑" w:hAnsi="微软雅黑" w:eastAsia="微软雅黑"/>
                <w:sz w:val="20"/>
              </w:rPr>
              <w:t>物理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