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小学英语小故事修正稿</w:t>
      </w:r>
    </w:p>
    <w:p>
      <w:pPr>
        <w:spacing w:after="240"/>
        <w:jc w:val="center"/>
      </w:pPr>
      <w:r>
        <w:rPr>
          <w:rFonts w:ascii="Arial" w:hAnsi="Arial" w:eastAsia="楷体"/>
          <w:b w:val="0"/>
          <w:color w:val="000000"/>
          <w:sz w:val="24"/>
        </w:rPr>
        <w:t>外研版（新标准）八册配套小故事 · 4 处修改对照</w:t>
      </w:r>
    </w:p>
    <w:p>
      <w:r>
        <w:rPr>
          <w:rFonts w:ascii="Arial" w:hAnsi="Arial" w:eastAsia="宋体"/>
          <w:b w:val="0"/>
          <w:color w:val="000000"/>
          <w:sz w:val="24"/>
        </w:rPr>
        <w:t>本稿依据 8 册课本《Words and expressions》词汇表及逐句语法、译文核对，对八篇中英对照小故事中的 4 处需要微调的内容，给出「原句 → 修正句 → 说明」，并附各修正点所在段落的修正后版本，可直接替换进原故事使用；其余句子未作改动。</w:t>
      </w:r>
    </w:p>
    <w:p>
      <w:pPr>
        <w:pStyle w:val="Heading1"/>
      </w:pPr>
      <w:r>
        <w:t>修正一　三上《小美的新学校》：数数补上 nine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907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项目</w:t>
            </w:r>
          </w:p>
        </w:tc>
        <w:tc>
          <w:tcPr>
            <w:tcW w:type="dxa" w:w="3798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原句</w:t>
            </w:r>
          </w:p>
        </w:tc>
        <w:tc>
          <w:tcPr>
            <w:tcW w:type="dxa" w:w="4082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修正句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英文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One, two, three, four, five, six, seven, eight, ten, eleven, twelve—I can count!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One, two, three, four, five, six, seven, eight, nine, ten, eleven, twelve—I can count!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中文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一、二、三、四、五、六、七、八、十、十一、十二——我会数数！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一、二、三、四、五、六、七、八、九、十、十一、十二——我会数数！</w:t>
            </w:r>
          </w:p>
        </w:tc>
      </w:tr>
    </w:tbl>
    <w:p>
      <w:pPr>
        <w:spacing w:before="120"/>
      </w:pPr>
      <w:r>
        <w:rPr>
          <w:rFonts w:ascii="Arial" w:hAnsi="Arial" w:eastAsia="宋体"/>
          <w:b w:val="0"/>
          <w:color w:val="000000"/>
          <w:sz w:val="24"/>
        </w:rPr>
        <w:t>说明：课本 Unit 4 数字表本身未重复 nine（nine 已在 Unit 1 单独教过），原句忠实照搬了课本顺序；但在故事中从 1 数到 12 时补上 nine，读起来更自然，也有利于孩子完整复习数字。</w:t>
      </w:r>
    </w:p>
    <w:p>
      <w:r>
        <w:rPr>
          <w:rFonts w:ascii="Arial" w:hAnsi="Arial" w:eastAsia="宋体"/>
          <w:b/>
          <w:color w:val="000000"/>
          <w:sz w:val="24"/>
        </w:rPr>
        <w:t>修正后所在段落：</w:t>
      </w:r>
      <w:r>
        <w:rPr>
          <w:rFonts w:ascii="Arial" w:hAnsi="Arial" w:eastAsia="宋体"/>
          <w:b w:val="0"/>
          <w:color w:val="000000"/>
          <w:sz w:val="24"/>
        </w:rPr>
        <w:t>Look! One, two, three, four, five, six, seven, eight, nine, ten, eleven, twelve—I can count!</w:t>
        <w:br/>
      </w:r>
      <w:r>
        <w:rPr>
          <w:rFonts w:ascii="Arial" w:hAnsi="Arial" w:eastAsia="宋体"/>
          <w:b w:val="0"/>
          <w:color w:val="000000"/>
          <w:sz w:val="24"/>
        </w:rPr>
        <w:t>看！一、二、三、四、五、六、七、八、九、十、十一、十二——我会数数！</w:t>
      </w:r>
    </w:p>
    <w:p>
      <w:pPr>
        <w:pStyle w:val="Heading1"/>
      </w:pPr>
      <w:r>
        <w:t>修正二　三下《动物园里的快乐一天》：club 用复数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907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项目</w:t>
            </w:r>
          </w:p>
        </w:tc>
        <w:tc>
          <w:tcPr>
            <w:tcW w:type="dxa" w:w="3798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原句</w:t>
            </w:r>
          </w:p>
        </w:tc>
        <w:tc>
          <w:tcPr>
            <w:tcW w:type="dxa" w:w="4082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修正句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英文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Soon, we will have football and basketball club.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Soon, we will have football and basketball clubs.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中文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很快，我们就会有足球和篮球俱乐部了。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很快，我们就会有足球和篮球俱乐部了。（译文不变）</w:t>
            </w:r>
          </w:p>
        </w:tc>
      </w:tr>
    </w:tbl>
    <w:p>
      <w:pPr>
        <w:spacing w:before="120"/>
      </w:pPr>
      <w:r>
        <w:rPr>
          <w:rFonts w:ascii="Arial" w:hAnsi="Arial" w:eastAsia="宋体"/>
          <w:b w:val="0"/>
          <w:color w:val="000000"/>
          <w:sz w:val="24"/>
        </w:rPr>
        <w:t>说明：句中并列两个俱乐部，应用复数 clubs；儿童读物中也可写作 a football club and a basketball club。</w:t>
      </w:r>
    </w:p>
    <w:p>
      <w:r>
        <w:rPr>
          <w:rFonts w:ascii="Arial" w:hAnsi="Arial" w:eastAsia="宋体"/>
          <w:b/>
          <w:color w:val="000000"/>
          <w:sz w:val="24"/>
        </w:rPr>
        <w:t>修正后所在段落：</w:t>
      </w:r>
      <w:r>
        <w:rPr>
          <w:rFonts w:ascii="Arial" w:hAnsi="Arial" w:eastAsia="宋体"/>
          <w:b w:val="0"/>
          <w:color w:val="000000"/>
          <w:sz w:val="24"/>
        </w:rPr>
        <w:t>Soon, we will have football and basketball clubs.</w:t>
        <w:br/>
      </w:r>
      <w:r>
        <w:rPr>
          <w:rFonts w:ascii="Arial" w:hAnsi="Arial" w:eastAsia="宋体"/>
          <w:b w:val="0"/>
          <w:color w:val="000000"/>
          <w:sz w:val="24"/>
        </w:rPr>
        <w:t>很快，我们就会有足球和篮球俱乐部了。</w:t>
      </w:r>
    </w:p>
    <w:p>
      <w:pPr>
        <w:pStyle w:val="Heading1"/>
      </w:pPr>
      <w:r>
        <w:t>修正三　四上《运动的力量》：one year 改为 one day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907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项目</w:t>
            </w:r>
          </w:p>
        </w:tc>
        <w:tc>
          <w:tcPr>
            <w:tcW w:type="dxa" w:w="3798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原句</w:t>
            </w:r>
          </w:p>
        </w:tc>
        <w:tc>
          <w:tcPr>
            <w:tcW w:type="dxa" w:w="4082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修正句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英文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I hope I can be like her one year.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I hope I can be like her one day.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中文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我希望有一年我能像她一样。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我希望有一天我能像她一样。</w:t>
            </w:r>
          </w:p>
        </w:tc>
      </w:tr>
    </w:tbl>
    <w:p>
      <w:pPr>
        <w:spacing w:before="120"/>
      </w:pPr>
      <w:r>
        <w:rPr>
          <w:rFonts w:ascii="Arial" w:hAnsi="Arial" w:eastAsia="宋体"/>
          <w:b w:val="0"/>
          <w:color w:val="000000"/>
          <w:sz w:val="24"/>
        </w:rPr>
        <w:t>说明：year 意为“年”，此处想表达“有一天”，应改为 one day（或 someday）。</w:t>
        <w:br/>
      </w:r>
      <w:r>
        <w:rPr>
          <w:rFonts w:ascii="Arial" w:hAnsi="Arial" w:eastAsia="宋体"/>
          <w:b w:val="0"/>
          <w:color w:val="000000"/>
          <w:sz w:val="24"/>
        </w:rPr>
        <w:t>同篇可选优化：I wish she can come on her own. → I wish she could come on her own.（can 常见于儿童英语，改 could 更地道，非必改）</w:t>
      </w:r>
    </w:p>
    <w:p>
      <w:r>
        <w:rPr>
          <w:rFonts w:ascii="Arial" w:hAnsi="Arial" w:eastAsia="宋体"/>
          <w:b/>
          <w:color w:val="000000"/>
          <w:sz w:val="24"/>
        </w:rPr>
        <w:t>修正后所在段落：</w:t>
      </w:r>
      <w:r>
        <w:rPr>
          <w:rFonts w:ascii="Arial" w:hAnsi="Arial" w:eastAsia="宋体"/>
          <w:b w:val="0"/>
          <w:color w:val="000000"/>
          <w:sz w:val="24"/>
        </w:rPr>
        <w:t>I hope I can be like her one day.</w:t>
        <w:br/>
      </w:r>
      <w:r>
        <w:rPr>
          <w:rFonts w:ascii="Arial" w:hAnsi="Arial" w:eastAsia="宋体"/>
          <w:b w:val="0"/>
          <w:color w:val="000000"/>
          <w:sz w:val="24"/>
        </w:rPr>
        <w:t>我希望有一天我能像她一样。</w:t>
        <w:br/>
      </w:r>
      <w:r>
        <w:rPr>
          <w:rFonts w:ascii="Arial" w:hAnsi="Arial" w:eastAsia="宋体"/>
          <w:b w:val="0"/>
          <w:color w:val="000000"/>
          <w:sz w:val="24"/>
        </w:rPr>
        <w:t>（同篇可选）Tomorrow, my aunt will visit us. I wish she could come on her own.</w:t>
        <w:br/>
      </w:r>
      <w:r>
        <w:rPr>
          <w:rFonts w:ascii="Arial" w:hAnsi="Arial" w:eastAsia="宋体"/>
          <w:b w:val="0"/>
          <w:color w:val="000000"/>
          <w:sz w:val="24"/>
        </w:rPr>
        <w:t>明天，我姑母要来看我们。我希望她能自己来。</w:t>
      </w:r>
    </w:p>
    <w:p>
      <w:pPr>
        <w:pStyle w:val="Heading1"/>
      </w:pPr>
      <w:r>
        <w:t>修正四　五上《健康生活，快乐成长》：替换生硬凑词句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907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项目</w:t>
            </w:r>
          </w:p>
        </w:tc>
        <w:tc>
          <w:tcPr>
            <w:tcW w:type="dxa" w:w="3798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原句</w:t>
            </w:r>
          </w:p>
        </w:tc>
        <w:tc>
          <w:tcPr>
            <w:tcW w:type="dxa" w:w="4082"/>
            <w:vAlign w:val="center"/>
            <w:shd w:val="clear" w:color="auto" w:fill="D9D9D9"/>
          </w:tcPr>
          <w:p>
            <w:pPr>
              <w:spacing w:line="288" w:lineRule="auto"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修正句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英文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I will not hurry to sell or buy medicine.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I will not buy medicine; I will exercise every day.</w:t>
            </w:r>
          </w:p>
        </w:tc>
      </w:tr>
      <w:tr>
        <w:tc>
          <w:tcPr>
            <w:tcW w:type="dxa" w:w="907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中文</w:t>
            </w:r>
          </w:p>
        </w:tc>
        <w:tc>
          <w:tcPr>
            <w:tcW w:type="dxa" w:w="3798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我不会急着去卖或买药。</w:t>
            </w:r>
          </w:p>
        </w:tc>
        <w:tc>
          <w:tcPr>
            <w:tcW w:type="dxa" w:w="4082"/>
            <w:vAlign w:val="center"/>
          </w:tcPr>
          <w:p>
            <w:pPr>
              <w:spacing w:line="288" w:lineRule="auto" w:before="40" w:after="40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我不会买药，我会每天锻炼。</w:t>
            </w:r>
          </w:p>
        </w:tc>
      </w:tr>
    </w:tbl>
    <w:p>
      <w:pPr>
        <w:spacing w:before="120"/>
      </w:pPr>
      <w:r>
        <w:rPr>
          <w:rFonts w:ascii="Arial" w:hAnsi="Arial" w:eastAsia="宋体"/>
          <w:b w:val="0"/>
          <w:color w:val="000000"/>
          <w:sz w:val="24"/>
        </w:rPr>
        <w:t>说明：原句为套用 hurry / sell / buy / medicine 四个单词而写，与上下文（运动、比赛、健康）脱节，读起来生硬，建议改为贴合主题的句子。</w:t>
        <w:br/>
      </w:r>
      <w:r>
        <w:rPr>
          <w:rFonts w:ascii="Arial" w:hAnsi="Arial" w:eastAsia="宋体"/>
          <w:b w:val="0"/>
          <w:color w:val="000000"/>
          <w:sz w:val="24"/>
        </w:rPr>
        <w:t>备选：I will not hurry before the match.（比赛前我不会慌张。）</w:t>
      </w:r>
    </w:p>
    <w:p>
      <w:r>
        <w:rPr>
          <w:rFonts w:ascii="Arial" w:hAnsi="Arial" w:eastAsia="宋体"/>
          <w:b/>
          <w:color w:val="000000"/>
          <w:sz w:val="24"/>
        </w:rPr>
        <w:t>修正后所在段落：</w:t>
      </w:r>
      <w:r>
        <w:rPr>
          <w:rFonts w:ascii="Arial" w:hAnsi="Arial" w:eastAsia="宋体"/>
          <w:b w:val="0"/>
          <w:color w:val="000000"/>
          <w:sz w:val="24"/>
        </w:rPr>
        <w:t>I complete my test before the match. I will not be late for school. I will not buy medicine; I will exercise every day.</w:t>
        <w:br/>
      </w:r>
      <w:r>
        <w:rPr>
          <w:rFonts w:ascii="Arial" w:hAnsi="Arial" w:eastAsia="宋体"/>
          <w:b w:val="0"/>
          <w:color w:val="000000"/>
          <w:sz w:val="24"/>
        </w:rPr>
        <w:t>我在比赛前完成测验。我上学不会迟到。我不会买药，我会每天锻炼。</w:t>
      </w:r>
    </w:p>
    <w:p>
      <w:pPr>
        <w:spacing w:before="200"/>
      </w:pPr>
      <w:r>
        <w:rPr>
          <w:rFonts w:ascii="Arial" w:hAnsi="Arial" w:eastAsia="宋体"/>
          <w:b w:val="0"/>
          <w:color w:val="000000"/>
          <w:sz w:val="24"/>
        </w:rPr>
        <w:t>附注：以上 4 处修改均可直接替换原故事对应句子；如需连同单词表 Word / Excel 一起归档，或对替换句式另有偏好，可再告知调整。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宋体"/>
        <w:b w:val="0"/>
        <w:color w:val="000000"/>
        <w:sz w:val="18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  <w:ind w:firstLine="480"/>
      <w:jc w:val="both"/>
    </w:pPr>
    <w:rPr>
      <w:rFonts w:ascii="Arial" w:hAnsi="Arial" w:eastAsia="宋体"/>
      <w:b w:val="0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ind w:firstLine="0"/>
      <w:outlineLvl w:val="0"/>
    </w:pPr>
    <w:rPr>
      <w:rFonts w:asciiTheme="majorHAnsi" w:eastAsiaTheme="majorEastAsia" w:hAnsiTheme="majorHAnsi" w:cstheme="majorBidi" w:ascii="Arial" w:hAnsi="Arial" w:eastAsia="黑体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60" w:line="240" w:lineRule="auto"/>
      <w:contextualSpacing/>
      <w:jc w:val="center"/>
    </w:pPr>
    <w:rPr>
      <w:rFonts w:asciiTheme="majorHAnsi" w:eastAsiaTheme="majorEastAsia" w:hAnsiTheme="majorHAnsi" w:cstheme="majorBidi" w:ascii="Arial" w:hAnsi="Arial" w:eastAsia="黑体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